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EDUPARK</w:t>
      </w:r>
    </w:p>
    <w:p>
      <w:pPr>
        <w:pStyle w:val="Heading1"/>
      </w:pPr>
      <w:r>
        <w:t>Demande d’autorisation de mise à disposition d’une place de parc</w:t>
      </w:r>
    </w:p>
    <w:p>
      <w:r>
        <w:t>À compléter et à envoyer à votre gérance avant toute publication sur Edupark. Ce modèle ne vaut pas autorisation : attendez son accord écrit et conservez-le.</w:t>
      </w:r>
    </w:p>
    <w:p>
      <w:r>
        <w:t>Nom et prénom : ______________________________________________</w:t>
      </w:r>
    </w:p>
    <w:p>
      <w:r>
        <w:t>Adresse et coordonnées : ________________________________________</w:t>
      </w:r>
    </w:p>
    <w:p>
      <w:r>
        <w:t>Gérance / destinataire : __________________________________________</w:t>
      </w:r>
    </w:p>
    <w:p>
      <w:r>
        <w:t>Adresse de la place et numéro : ___________________________________</w:t>
      </w:r>
    </w:p>
    <w:p>
      <w:r>
        <w:t>Référence du bail (si applicable) : __________________________________</w:t>
      </w:r>
    </w:p>
    <w:p>
      <w:r>
        <w:t>Jours souhaités : _______________________________________________</w:t>
      </w:r>
    </w:p>
    <w:p>
      <w:r>
        <w:t>Période souhaitée (début / fin) : ___________________________________</w:t>
      </w:r>
    </w:p>
    <w:p>
      <w:r>
        <w:t>Objet : demande d’accord écrit pour la mise à disposition de ma place de parc</w:t>
      </w:r>
    </w:p>
    <w:p>
      <w:r>
        <w:t>Madame, Monsieur,</w:t>
      </w:r>
    </w:p>
    <w:p>
      <w:r>
        <w:t>Je suis locataire de la place extérieure pour voiture indiquée ci-dessus. Je souhaite la mettre à disposition d’une personne étudiant ou travaillant au CPNV d’Yverdon-les-Bains, par l’intermédiaire d’Edupark, les jours indiqués et uniquement entre 07h30 et 17h00.</w:t>
      </w:r>
    </w:p>
    <w:p>
      <w:r>
        <w:t>Edupark est un projet d’étude indépendant, sans lien officiel avec le CPNV. Les forfaits mensuels sont de 25, 35, 50, 60 ou 70 CHF pour 1 à 5 jours par semaine. Le détenteur reçoit 75 % du forfait payé et Edupark retient 25 %. Le montant envisagé est : ______ CHF / mois, dont ______ CHF / mois versés au détenteur.</w:t>
      </w:r>
    </w:p>
    <w:p>
      <w:r>
        <w:t>Pouvez-vous me confirmer par écrit si vous autorisez cette mise à disposition et préciser vos éventuelles conditions (durée, accès, assurance ou règles propres à l’immeuble) ? Je ne publierai pas la place avant votre accord et respecterai mon bail ainsi que les conditions de votre autorisation.</w:t>
      </w:r>
    </w:p>
    <w:p>
      <w:r>
        <w:t>Je vous remercie de votre réponse. Avec mes salutations distinguées.</w:t>
      </w:r>
    </w:p>
    <w:p>
      <w:r>
        <w:t>Lieu, date et signature du demandeur : ______________________________</w:t>
      </w:r>
    </w:p>
    <w:p>
      <w:pPr>
        <w:pStyle w:val="Heading2"/>
      </w:pPr>
      <w:r>
        <w:t>Réponse de la gérance</w:t>
      </w:r>
    </w:p>
    <w:p>
      <w:r>
        <w:t>☐ Autorisation accordée aux conditions ci-dessous   ☐ Autorisation refusée</w:t>
      </w:r>
    </w:p>
    <w:p>
      <w:r>
        <w:t>Conditions et durée : _____________________________________________</w:t>
        <w:br/>
        <w:t>________________________________________________________________</w:t>
      </w:r>
    </w:p>
    <w:p>
      <w:r>
        <w:t>Nom et qualité du signataire : ______________________________________</w:t>
        <w:br/>
        <w:t>Lieu, date, signature / cachet : ______________________________________</w:t>
      </w:r>
    </w:p>
    <w:p>
      <w:pPr>
        <w:pStyle w:val="Caption"/>
      </w:pPr>
      <w:r>
        <w:t>Une réponse écrite séparée de la gérance peut également être conservée. Ce modèle est général et ne remplace ni votre bail ni un avis juridique.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